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 w:eastAsia="Arial"/>
          <w:sz w:val="80"/>
          <w:rtl w:val="1"/>
          <w:szCs w:val="80"/>
        </w:rPr>
        <w:t>✂️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🧩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52"/>
          <w:rtl w:val="1"/>
          <w:bCs/>
          <w:szCs w:val="52"/>
        </w:rPr>
        <w:t>כרטיסיות חידות 3×4 – חלק א׳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כרטיסים 1–36 + דף תשובות בסוף · גרסה צבעונית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32"/>
          <w:rtl w:val="1"/>
          <w:bCs/>
          <w:szCs w:val="32"/>
        </w:rPr>
        <w:t>👩‍🏫 מהדורה למורה + כרטיסים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1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ed">
        <w:r>
          <w:rPr>
            <w:rFonts w:ascii="Arial" w:hAnsi="Arial" w:cs="Arial"/>
            <w:rtl/>
            <w:color w:val="3A1D99"/>
            <w:u w:val="single"/>
          </w:rPr>
          <w:t xml:space="preserve">• 👩‍🏫 מהדורה למורה – איך משתמשים בכרטיסים</w:t>
        </w:r>
      </w:hyperlink>
    </w:p>
    <w:p>
      <w:pPr>
        <w:bidi w:val="1"/>
        <w:jc w:val="right"/>
      </w:pPr>
      <w:hyperlink w:anchor="p0">
        <w:r>
          <w:rPr>
            <w:rFonts w:ascii="Arial" w:hAnsi="Arial" w:cs="Arial"/>
            <w:rtl/>
            <w:color w:val="3A1D99"/>
            <w:u w:val="single"/>
          </w:rPr>
          <w:t xml:space="preserve">• כרטיסים 1–12</w:t>
        </w:r>
      </w:hyperlink>
    </w:p>
    <w:p>
      <w:pPr>
        <w:bidi w:val="1"/>
        <w:jc w:val="right"/>
      </w:pPr>
      <w:hyperlink w:anchor="p1">
        <w:r>
          <w:rPr>
            <w:rFonts w:ascii="Arial" w:hAnsi="Arial" w:cs="Arial"/>
            <w:rtl/>
            <w:color w:val="3A1D99"/>
            <w:u w:val="single"/>
          </w:rPr>
          <w:t xml:space="preserve">• כרטיסים 13–24</w:t>
        </w:r>
      </w:hyperlink>
    </w:p>
    <w:p>
      <w:pPr>
        <w:bidi w:val="1"/>
        <w:jc w:val="right"/>
      </w:pPr>
      <w:hyperlink w:anchor="p2">
        <w:r>
          <w:rPr>
            <w:rFonts w:ascii="Arial" w:hAnsi="Arial" w:cs="Arial"/>
            <w:rtl/>
            <w:color w:val="3A1D99"/>
            <w:u w:val="single"/>
          </w:rPr>
          <w:t xml:space="preserve">• כרטיסים 25–36</w:t>
        </w:r>
      </w:hyperlink>
    </w:p>
    <w:p>
      <w:pPr>
        <w:bidi w:val="1"/>
        <w:jc w:val="right"/>
      </w:pPr>
      <w:hyperlink w:anchor="ans">
        <w:r>
          <w:rPr>
            <w:rFonts w:ascii="Arial" w:hAnsi="Arial" w:cs="Arial"/>
            <w:rtl/>
            <w:color w:val="3A1D99"/>
            <w:u w:val="single"/>
          </w:rPr>
          <w:t xml:space="preserve">• 🔑 דף תשובות</w:t>
        </w:r>
      </w:hyperlink>
    </w:p>
    <w:p>
      <w:bookmarkStart w:id="101" w:name="ed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👩‍🏫 מהדורה למורה – איך משתמשים בכרטיסים</w:t>
      </w:r>
      <w:bookmarkEnd w:id="101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מדפיסים, גוזרים לאורך הקווים המקווקווים. דף התשובות בסוף – מדפיסים אותו בנפרד.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משחק זוגות: כל זוג מקבל 6 כרטיסים, פותר וממלא את המשבצות בעיפרון.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תחנות: מפזרים כרטיסים בכיתה; כל קבוצה פותרת ומסבירה את משחק המילים.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חנ״מ: בוחרים כרטיסים עם ⭐ אחד, ומציעים 2–3 תשובות בכתב לבחירה.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עולים: לפני הפתרון אומרים בקול את שם כל תמונה (בית, שמש, ים…).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⭐ = קל · ⭐⭐ = בינוני · ⭐⭐⭐ = קשה. מספר המשבצות = מספר האותיות בכל מילה. חלק א׳: כרטיסים 1–36 · חלק ב׳: כרטיסים 37–65.</w:t>
      </w:r>
    </w:p>
    <w:p>
      <w:r>
        <w:br w:type="page"/>
      </w:r>
    </w:p>
    <w:p>
      <w:bookmarkStart w:id="102" w:name="p0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✂️ כרטיסים 1–12</w:t>
      </w:r>
      <w:bookmarkEnd w:id="102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975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9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#4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#5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#6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7875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78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#7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45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7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4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#8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8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#9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7275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9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72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#10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0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#11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1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#12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2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</w:tbl>
    <w:p>
      <w:r>
        <w:br w:type="page"/>
      </w:r>
    </w:p>
    <w:p>
      <w:bookmarkStart w:id="103" w:name="p1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✂️ כרטיסים 13–24</w:t>
      </w:r>
      <w:bookmarkEnd w:id="103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#13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3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#14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4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#15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5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#16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525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6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52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#17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7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#18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8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#19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9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#20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0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#21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1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   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#22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920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2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#23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45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3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4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#24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4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</w:tbl>
    <w:p>
      <w:r>
        <w:br w:type="page"/>
      </w:r>
    </w:p>
    <w:p>
      <w:bookmarkStart w:id="104" w:name="p2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✂️ כרטיסים 25–36</w:t>
      </w:r>
      <w:bookmarkEnd w:id="104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#25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45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5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4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#26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6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   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#27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920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7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9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#28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15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8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1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#29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975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9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9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#30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0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   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#31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1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#32   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6675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2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66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#33   ⭐⭐⭐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3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#34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4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   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#35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92625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5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926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0"/>
                <w:rtl w:val="1"/>
                <w:bCs/>
                <w:szCs w:val="20"/>
              </w:rPr>
              <w:t>#36   ⭐⭐</w:t>
            </w:r>
          </w:p>
          <w:p>
            <w:pPr>
              <w:bidi w:val="1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0000" cy="1050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6.jp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10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sz w:val="26"/>
                <w:rtl w:val="1"/>
                <w:szCs w:val="26"/>
              </w:rPr>
              <w:t>☐☐☐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 w:eastAsia="Arial"/>
                <w:color w:val="777777"/>
                <w:sz w:val="16"/>
                <w:rtl w:val="1"/>
                <w:szCs w:val="16"/>
              </w:rPr>
              <w:t>מקום בארץ – מזהים את היישוב?</w:t>
            </w:r>
          </w:p>
        </w:tc>
      </w:tr>
    </w:tbl>
    <w:p>
      <w:r>
        <w:br w:type="page"/>
      </w:r>
    </w:p>
    <w:p>
      <w:bookmarkStart w:id="105" w:name="ans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🔑 דף תשובות</w:t>
      </w:r>
      <w:bookmarkEnd w:id="105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#</w:t>
            </w:r>
          </w:p>
        </w:tc>
        <w:tc>
          <w:tcPr>
            <w:tcW w:type="dxa" w:w="3402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402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משחק המילים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 פינה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 + פינה. שתי מילים שלמות, כל אחת מצוירת כמו שהיא.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באר שבע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באר + שבע (המספר 7). המספר מצויר בספרה – וקוראים אותו במילים.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כפר סבא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כפר + סבא. שתי מילים מוכרות מחיי היום־יום.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רמת גן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רמה (שלב, דרגה) + גן. "רמה" בצורת סמיכות נהיית "רמת" – כמו "רמת קושי".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תל אביב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תל (גבעה עתיקה) + אביב (העונה הפורחת).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כרמיאל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כרם (גפנים וענבים) + האותיות י־אל. מילה אחת + תוספת אותיות.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נהריה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נהר + יה. בעיר זורם נחל קטן – הגעתון – לאורך הרחוב הראשי.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חיפה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חי (בחיים – לב פועם) + פה. שני צלילים שמתחברים למילה אחת.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עפולה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 + פול (קטנייה) + ה. מילה קטנה מסתתרת בתוך שם העיר.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טבריה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ט + בריה (יצור, ברייה). המילה "בריה" פירושה יצור חי.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נוף הגליל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נוף + ה + גליל (צורה של גליל, כמו גליל נייר). "גליל" הוא גם שם האזור!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נצרת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נצר (נבט, ענף צעיר שצומח) + 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רהט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רהיט פחות י = רהט. כאן מורידים אות במקום להוסיף!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אילת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איל (זכר הכבשים) + 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ים המלח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ים + ה + מלח.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 הנקרה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 + ה + נקר (ציפור שמנקרת בעצים) + ה. "נקרה" היא בעצם מערה או נקיק בסלע.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שמש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 + שמש.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ראשון לציון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ראשון (מדליית מקום ראשון) + ל + ציון (100 במבחן!). "ציון" הוא גם שם של ירושלים בשירה.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פתח תקווה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פתח (דלת פתוחה) + תקווה (קשת בענן).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 העין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ראש + ה + עין. "עין" היא גם מעיין – ואכן, ליד העיר נובעים מעיינות הירקון.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עין גדי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עין (גם: מעיין) + גדי (גור של עז). בשמורה באמת חיים יעלים!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גבעתיים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גבעה ועוד גבעה – שתי גבעות = גבעתיים (צורת זוגי, כמו ידיים, עיניים).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נתניה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נתן (נתן מתנה) + יה.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אשדוד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אש + דוד (דוד מים חמים על הגג).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חולון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חול + ון. העיר באמת נבנתה על חולות!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בת 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בת + 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27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רחובות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רחוב + רחוב = רחובות. מילה אחת ברבים!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28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מודיעין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מו (קול של פרה) + די! (מספיק) + עין. שלושה צלילים = מודיעין.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29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שמונה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(עיר, בניינים) + שמונה (8). "קריה" בסמיכות = "קריית".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30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קריית גת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קריה + גת (המקום שבו דורכים ענבים להכנת מיץ).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31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צפת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צף (מה שלא שוקע, כמו גלגל ים) + 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32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מגדל העמק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מגדל + ה + עמק.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33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כנרת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כנר (מי שמנגן בכינור) + ת. לפי אחד ההסברים, צורת האגם מזכירה כינור.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34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מצפה רמון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מצפה (מקום שמסתכלים ממנו, טלסקופ) + רימון (בלי י – רמון).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35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דימונה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די! (מספיק) + מונה (מכשיר שסופר, כמו מונה מים).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36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ערד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ער (לא ישן – שעון מעורר) + ד.</w:t>
            </w:r>
          </w:p>
        </w:tc>
      </w:tr>
    </w:tbl>
    <w:p>
      <w:pPr>
        <w:bidi w:val="1"/>
        <w:jc w:val="right"/>
      </w:pPr>
    </w:p>
    <w:p>
      <w:pPr>
        <w:bidi w:val="1"/>
        <w:jc w:val="center"/>
      </w:pPr>
      <w:r>
        <w:rPr>
          <w:rFonts w:ascii="Arial" w:hAnsi="Arial" w:cs="Arial" w:eastAsia="Arial"/>
          <w:color w:val="888888"/>
          <w:sz w:val="18"/>
          <w:rtl w:val="1"/>
          <w:szCs w:val="18"/>
        </w:rPr>
        <w:t>יצרה: רוית ראש בן ישי · מקום בארץ – חידות תמונה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A1D99"/>
      <w:sz w:val="28"/>
      <w:szCs w:val="28"/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A1D99"/>
      <w:sz w:val="26"/>
      <w:szCs w:val="26"/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A1D99"/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kartisiot-color-1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