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חט״ב · רגיל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42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42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חט״ב · רגיל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אותיות, סמיכות, צליל דומה.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כל החידות, הקלדה במשבצות, משחק מפה דינמי, מיון דרכי בנייה (צירוף, סמיכות, תצורה).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43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43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נתיב (שביל, דרך) + ות – ברבים: נתיבות.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אשדוד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 + דוד (דוד מים חמים על הגג).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שמונה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(עיר, בניינים) + שמונה (8). "קריה" בסמיכות = "קריית".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גדר + ה.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השפלה והדרום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חלק ב׳ – סמיכות: רמה → רמת · קריה → קריית · טירה → טירת · גבעה → גבעת.</w:t>
      </w:r>
    </w:p>
    <w:p>
      <w:r>
        <w:br w:type="page"/>
      </w:r>
    </w:p>
    <w:p>
      <w:bookmarkStart w:id="144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44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45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45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618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6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17636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7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☐☐☐☐☐   ☐☐☐☐☐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29090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5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9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</w:t>
      </w:r>
    </w:p>
    <w:p>
      <w:bookmarkStart w:id="146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46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1. לפניכם שמות שבהם יש סמיכות. כתבו את צורת הנפרד: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בשם המקום</w:t>
            </w:r>
          </w:p>
        </w:tc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צורת הנפרד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גן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טירת כרמל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גבעתיים (רמז: צורת זוגי)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2. מיינו: נהריה · ראש פינה · באר שבע · אילת – איזו דרך בכל אחת? (צירוף מילים / מילה + אותיות / מספר)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47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47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48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48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איזו חידה הייתה הכי קשה לכם? 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כתבו דרך אחת לבנות חידת תמונה.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3. באיזה אזור בארץ נמצא אחד המקומות שפתרתם?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daf-avoda-m-r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